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E8D74" w14:textId="2DC29F22" w:rsidR="00C652C7" w:rsidRDefault="00000000">
      <w:pPr>
        <w:pStyle w:val="Ttulo1"/>
      </w:pPr>
      <w:r>
        <w:t>SOLICITUD DE BECA DE ESTUDIOS</w:t>
      </w:r>
      <w:r w:rsidR="00F468B2">
        <w:t xml:space="preserve"> DE MEDICINA</w:t>
      </w:r>
    </w:p>
    <w:p w14:paraId="47D54673" w14:textId="54EB562F" w:rsidR="00C652C7" w:rsidRDefault="00000000">
      <w:proofErr w:type="spellStart"/>
      <w:r>
        <w:t>Curso</w:t>
      </w:r>
      <w:proofErr w:type="spellEnd"/>
      <w:r>
        <w:t xml:space="preserve"> </w:t>
      </w:r>
      <w:proofErr w:type="spellStart"/>
      <w:proofErr w:type="gramStart"/>
      <w:r>
        <w:t>académico</w:t>
      </w:r>
      <w:proofErr w:type="spellEnd"/>
      <w:r>
        <w:t>: _</w:t>
      </w:r>
      <w:proofErr w:type="gramEnd"/>
      <w:r>
        <w:t>___________________________</w:t>
      </w:r>
      <w:r>
        <w:br/>
      </w:r>
      <w:proofErr w:type="gramStart"/>
      <w:r>
        <w:t>N.º</w:t>
      </w:r>
      <w:proofErr w:type="gramEnd"/>
      <w:r>
        <w:t xml:space="preserve"> </w:t>
      </w:r>
      <w:proofErr w:type="spellStart"/>
      <w:r>
        <w:t>expediente</w:t>
      </w:r>
      <w:proofErr w:type="spellEnd"/>
      <w:r>
        <w:t xml:space="preserve">: </w:t>
      </w:r>
      <w:r w:rsidRPr="00F83884">
        <w:rPr>
          <w:highlight w:val="lightGray"/>
        </w:rPr>
        <w:t>____________________________</w:t>
      </w:r>
      <w:r w:rsidR="00F83884">
        <w:t xml:space="preserve"> (a </w:t>
      </w:r>
      <w:proofErr w:type="spellStart"/>
      <w:r w:rsidR="00F83884">
        <w:t>rellenar</w:t>
      </w:r>
      <w:proofErr w:type="spellEnd"/>
      <w:r w:rsidR="00F83884">
        <w:t xml:space="preserve"> </w:t>
      </w:r>
      <w:proofErr w:type="spellStart"/>
      <w:r w:rsidR="00F83884">
        <w:t>por</w:t>
      </w:r>
      <w:proofErr w:type="spellEnd"/>
      <w:r w:rsidR="00F83884">
        <w:t xml:space="preserve"> la </w:t>
      </w:r>
      <w:proofErr w:type="spellStart"/>
      <w:r w:rsidR="00F83884">
        <w:t>entidad</w:t>
      </w:r>
      <w:proofErr w:type="spellEnd"/>
      <w:r w:rsidR="00F83884">
        <w:t>)</w:t>
      </w:r>
    </w:p>
    <w:p w14:paraId="5BFC832A" w14:textId="77777777" w:rsidR="00C652C7" w:rsidRDefault="00000000">
      <w:pPr>
        <w:pStyle w:val="Ttulo2"/>
      </w:pPr>
      <w:r>
        <w:t>1. DATOS DEL SOLICITANTE</w:t>
      </w:r>
    </w:p>
    <w:p w14:paraId="0140D6DA" w14:textId="77777777" w:rsidR="00C652C7" w:rsidRDefault="00000000">
      <w:r>
        <w:t xml:space="preserve">Nombre y </w:t>
      </w:r>
      <w:proofErr w:type="spellStart"/>
      <w:r>
        <w:t>apellidos</w:t>
      </w:r>
      <w:proofErr w:type="spellEnd"/>
      <w:r>
        <w:t>: ______________________________________________</w:t>
      </w:r>
    </w:p>
    <w:p w14:paraId="2F7F0E96" w14:textId="77777777" w:rsidR="00C652C7" w:rsidRDefault="00000000">
      <w:r>
        <w:t>DNI/NIE/</w:t>
      </w:r>
      <w:proofErr w:type="spellStart"/>
      <w:r>
        <w:t>Pasaporte</w:t>
      </w:r>
      <w:proofErr w:type="spellEnd"/>
      <w:r>
        <w:t>: ______________________________________________</w:t>
      </w:r>
    </w:p>
    <w:p w14:paraId="385F5C79" w14:textId="77777777" w:rsidR="00C652C7" w:rsidRDefault="00000000">
      <w:proofErr w:type="spellStart"/>
      <w:r>
        <w:t>Fecha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>: ____/____/________</w:t>
      </w:r>
    </w:p>
    <w:p w14:paraId="3D6B53FA" w14:textId="77777777" w:rsidR="00C652C7" w:rsidRDefault="00000000">
      <w:r>
        <w:t xml:space="preserve">Lugar de </w:t>
      </w:r>
      <w:proofErr w:type="spellStart"/>
      <w:r>
        <w:t>nacimiento</w:t>
      </w:r>
      <w:proofErr w:type="spellEnd"/>
      <w:r>
        <w:t>: _____________________________________________</w:t>
      </w:r>
    </w:p>
    <w:p w14:paraId="59818106" w14:textId="77777777" w:rsidR="00C652C7" w:rsidRDefault="00000000">
      <w:proofErr w:type="spellStart"/>
      <w:r>
        <w:t>Nacionalidad</w:t>
      </w:r>
      <w:proofErr w:type="spellEnd"/>
      <w:r>
        <w:t>: _________________________________________________</w:t>
      </w:r>
    </w:p>
    <w:p w14:paraId="583FAFE6" w14:textId="77777777" w:rsidR="00C652C7" w:rsidRDefault="00000000">
      <w:pPr>
        <w:pStyle w:val="Ttulo2"/>
      </w:pPr>
      <w:r>
        <w:t>2. DATOS DE CONTACTO</w:t>
      </w:r>
    </w:p>
    <w:p w14:paraId="1E4BF9E7" w14:textId="77777777" w:rsidR="00C652C7" w:rsidRDefault="00000000">
      <w:proofErr w:type="spellStart"/>
      <w:r>
        <w:t>Domicilio</w:t>
      </w:r>
      <w:proofErr w:type="spellEnd"/>
      <w:r>
        <w:t>: _________________________________________________</w:t>
      </w:r>
    </w:p>
    <w:p w14:paraId="63BEC33F" w14:textId="77777777" w:rsidR="00C652C7" w:rsidRDefault="00000000">
      <w:r>
        <w:t>Código Postal: ________   Municipio: __________________________</w:t>
      </w:r>
    </w:p>
    <w:p w14:paraId="285527CC" w14:textId="77777777" w:rsidR="00C652C7" w:rsidRDefault="00000000">
      <w:r>
        <w:t>Provincia: _________________</w:t>
      </w:r>
      <w:proofErr w:type="gramStart"/>
      <w:r>
        <w:t xml:space="preserve">_  </w:t>
      </w:r>
      <w:proofErr w:type="spellStart"/>
      <w:r>
        <w:t>Teléfono</w:t>
      </w:r>
      <w:proofErr w:type="spellEnd"/>
      <w:proofErr w:type="gramEnd"/>
      <w:r>
        <w:t>: ______________________</w:t>
      </w:r>
    </w:p>
    <w:p w14:paraId="65E483C4" w14:textId="77777777" w:rsidR="00C652C7" w:rsidRDefault="00000000">
      <w:r>
        <w:t xml:space="preserve">Correo </w:t>
      </w:r>
      <w:proofErr w:type="spellStart"/>
      <w:r>
        <w:t>electrónico</w:t>
      </w:r>
      <w:proofErr w:type="spellEnd"/>
      <w:r>
        <w:t>: __________________________________________</w:t>
      </w:r>
    </w:p>
    <w:p w14:paraId="0A9FDB0F" w14:textId="77777777" w:rsidR="00C652C7" w:rsidRDefault="00000000">
      <w:pPr>
        <w:pStyle w:val="Ttulo2"/>
      </w:pPr>
      <w:r>
        <w:t>3. ESTUDIOS PARA LOS QUE SOLICITA LA BECA</w:t>
      </w:r>
    </w:p>
    <w:p w14:paraId="31A394A9" w14:textId="77777777" w:rsidR="00C652C7" w:rsidRDefault="00000000">
      <w:r>
        <w:t xml:space="preserve">Centro </w:t>
      </w:r>
      <w:proofErr w:type="spellStart"/>
      <w:r>
        <w:t>docente</w:t>
      </w:r>
      <w:proofErr w:type="spellEnd"/>
      <w:r>
        <w:t>: _____________________________________________</w:t>
      </w:r>
    </w:p>
    <w:p w14:paraId="47B7F19F" w14:textId="77777777" w:rsidR="00C652C7" w:rsidRDefault="00000000">
      <w:proofErr w:type="spellStart"/>
      <w:r>
        <w:t>Curso</w:t>
      </w:r>
      <w:proofErr w:type="spellEnd"/>
      <w:r>
        <w:t>: _____________________</w:t>
      </w:r>
    </w:p>
    <w:p w14:paraId="76BD3FFE" w14:textId="77777777" w:rsidR="00C652C7" w:rsidRDefault="00000000">
      <w:proofErr w:type="spellStart"/>
      <w:r>
        <w:t>Fecha</w:t>
      </w:r>
      <w:proofErr w:type="spellEnd"/>
      <w:r>
        <w:t xml:space="preserve"> </w:t>
      </w:r>
      <w:proofErr w:type="spellStart"/>
      <w:r>
        <w:t>inicio</w:t>
      </w:r>
      <w:proofErr w:type="spellEnd"/>
      <w:r>
        <w:t>: ____/</w:t>
      </w:r>
      <w:proofErr w:type="gramStart"/>
      <w:r>
        <w:t xml:space="preserve">____/______   </w:t>
      </w:r>
      <w:proofErr w:type="spellStart"/>
      <w:r>
        <w:t>Fecha</w:t>
      </w:r>
      <w:proofErr w:type="spellEnd"/>
      <w:r>
        <w:t xml:space="preserve"> fin: ____/____/___</w:t>
      </w:r>
      <w:proofErr w:type="gramEnd"/>
      <w:r>
        <w:t>___</w:t>
      </w:r>
    </w:p>
    <w:p w14:paraId="554CEE4E" w14:textId="77777777" w:rsidR="00C652C7" w:rsidRDefault="00000000">
      <w:proofErr w:type="spellStart"/>
      <w:r>
        <w:t>Importe</w:t>
      </w:r>
      <w:proofErr w:type="spellEnd"/>
      <w:r>
        <w:t xml:space="preserve"> </w:t>
      </w:r>
      <w:proofErr w:type="spellStart"/>
      <w:r>
        <w:t>matrícula</w:t>
      </w:r>
      <w:proofErr w:type="spellEnd"/>
      <w:r>
        <w:t>: __________________ €</w:t>
      </w:r>
    </w:p>
    <w:p w14:paraId="035F0A12" w14:textId="77777777" w:rsidR="00C652C7" w:rsidRDefault="00000000">
      <w:pPr>
        <w:pStyle w:val="Ttulo2"/>
      </w:pPr>
      <w:r>
        <w:t>4. EXPEDIENTE ACADÉMICO</w:t>
      </w:r>
    </w:p>
    <w:p w14:paraId="7011FEF2" w14:textId="77777777" w:rsidR="00C652C7" w:rsidRDefault="00000000">
      <w:proofErr w:type="spellStart"/>
      <w:r>
        <w:t>Últimos</w:t>
      </w:r>
      <w:proofErr w:type="spellEnd"/>
      <w:r>
        <w:t xml:space="preserve"> </w:t>
      </w:r>
      <w:proofErr w:type="spellStart"/>
      <w:r>
        <w:t>estudios</w:t>
      </w:r>
      <w:proofErr w:type="spellEnd"/>
      <w:r>
        <w:t>: ___________________________________________</w:t>
      </w:r>
    </w:p>
    <w:p w14:paraId="7D6E82C5" w14:textId="77777777" w:rsidR="00C652C7" w:rsidRDefault="00000000">
      <w:r>
        <w:t>Centro: _________________________________________________</w:t>
      </w:r>
    </w:p>
    <w:p w14:paraId="139BBF52" w14:textId="77777777" w:rsidR="00C652C7" w:rsidRDefault="00000000">
      <w:proofErr w:type="spellStart"/>
      <w:r>
        <w:t>Nota</w:t>
      </w:r>
      <w:proofErr w:type="spellEnd"/>
      <w:r>
        <w:t xml:space="preserve"> media: __________</w:t>
      </w:r>
    </w:p>
    <w:p w14:paraId="59077B17" w14:textId="77777777" w:rsidR="00C652C7" w:rsidRDefault="00000000">
      <w:proofErr w:type="spellStart"/>
      <w:r>
        <w:t>Créditos</w:t>
      </w:r>
      <w:proofErr w:type="spellEnd"/>
      <w:r>
        <w:t xml:space="preserve"> </w:t>
      </w:r>
      <w:proofErr w:type="spellStart"/>
      <w:r>
        <w:t>superados</w:t>
      </w:r>
      <w:proofErr w:type="spellEnd"/>
      <w:r>
        <w:t>: __________</w:t>
      </w:r>
    </w:p>
    <w:p w14:paraId="0F09F414" w14:textId="77777777" w:rsidR="00C652C7" w:rsidRDefault="00000000">
      <w:proofErr w:type="spellStart"/>
      <w:r>
        <w:t>Premios</w:t>
      </w:r>
      <w:proofErr w:type="spellEnd"/>
      <w:r>
        <w:t>/</w:t>
      </w:r>
      <w:proofErr w:type="spellStart"/>
      <w:r>
        <w:t>Matrículas</w:t>
      </w:r>
      <w:proofErr w:type="spellEnd"/>
      <w:r>
        <w:t xml:space="preserve"> de Honor: ______________________________</w:t>
      </w:r>
    </w:p>
    <w:p w14:paraId="0BE56B20" w14:textId="77777777" w:rsidR="00C652C7" w:rsidRDefault="00000000">
      <w:pPr>
        <w:pStyle w:val="Ttulo2"/>
      </w:pPr>
      <w:r>
        <w:t>5. SITUACIÓN ECONÓMICA</w:t>
      </w:r>
    </w:p>
    <w:p w14:paraId="1FE16AF2" w14:textId="77777777" w:rsidR="00F83884" w:rsidRDefault="00000000">
      <w:proofErr w:type="spellStart"/>
      <w:r>
        <w:t>Ingresos</w:t>
      </w:r>
      <w:proofErr w:type="spellEnd"/>
      <w:r>
        <w:t xml:space="preserve"> </w:t>
      </w:r>
      <w:proofErr w:type="spellStart"/>
      <w:r>
        <w:t>unidad</w:t>
      </w:r>
      <w:proofErr w:type="spellEnd"/>
      <w:r>
        <w:t xml:space="preserve"> familiar: □ &lt;20.000 € </w:t>
      </w:r>
    </w:p>
    <w:p w14:paraId="4D5FD9E0" w14:textId="77777777" w:rsidR="00F83884" w:rsidRDefault="00000000">
      <w:r>
        <w:lastRenderedPageBreak/>
        <w:t xml:space="preserve"> □20.001-35.000 € </w:t>
      </w:r>
    </w:p>
    <w:p w14:paraId="484D5B08" w14:textId="77777777" w:rsidR="00F83884" w:rsidRDefault="00000000">
      <w:r>
        <w:t xml:space="preserve"> □35.001-50.000 €  </w:t>
      </w:r>
    </w:p>
    <w:p w14:paraId="7B4B6584" w14:textId="7136399E" w:rsidR="00C652C7" w:rsidRDefault="00000000">
      <w:r>
        <w:t>□&gt;50.000 €</w:t>
      </w:r>
    </w:p>
    <w:p w14:paraId="16827051" w14:textId="77777777" w:rsidR="00C652C7" w:rsidRDefault="00000000">
      <w:proofErr w:type="gramStart"/>
      <w:r>
        <w:t>N.º</w:t>
      </w:r>
      <w:proofErr w:type="gramEnd"/>
      <w:r>
        <w:t xml:space="preserve"> </w:t>
      </w:r>
      <w:proofErr w:type="spellStart"/>
      <w:r>
        <w:t>miembros</w:t>
      </w:r>
      <w:proofErr w:type="spellEnd"/>
      <w:r>
        <w:t xml:space="preserve"> </w:t>
      </w:r>
      <w:proofErr w:type="spellStart"/>
      <w:r>
        <w:t>unidad</w:t>
      </w:r>
      <w:proofErr w:type="spellEnd"/>
      <w:r>
        <w:t xml:space="preserve"> familiar: ______</w:t>
      </w:r>
    </w:p>
    <w:p w14:paraId="5A724B58" w14:textId="77777777" w:rsidR="00C652C7" w:rsidRDefault="00000000">
      <w:pPr>
        <w:pStyle w:val="Ttulo2"/>
      </w:pPr>
      <w:r>
        <w:t>6. OTRAS BECAS</w:t>
      </w:r>
    </w:p>
    <w:p w14:paraId="4D86A292" w14:textId="77777777" w:rsidR="00F83884" w:rsidRDefault="00000000">
      <w:r>
        <w:t xml:space="preserve">¿Ha </w:t>
      </w:r>
      <w:proofErr w:type="spellStart"/>
      <w:r>
        <w:t>solicitado</w:t>
      </w:r>
      <w:proofErr w:type="spellEnd"/>
      <w:r>
        <w:t xml:space="preserve">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ayudas</w:t>
      </w:r>
      <w:proofErr w:type="spellEnd"/>
      <w:r>
        <w:t xml:space="preserve">? </w:t>
      </w:r>
    </w:p>
    <w:p w14:paraId="43916C90" w14:textId="77777777" w:rsidR="00F83884" w:rsidRDefault="00000000">
      <w:r>
        <w:t xml:space="preserve">□ </w:t>
      </w:r>
      <w:proofErr w:type="spellStart"/>
      <w:r>
        <w:t>Sí</w:t>
      </w:r>
      <w:proofErr w:type="spellEnd"/>
      <w:r>
        <w:t xml:space="preserve"> </w:t>
      </w:r>
    </w:p>
    <w:p w14:paraId="6DC15B03" w14:textId="4117A7E9" w:rsidR="00C652C7" w:rsidRDefault="00000000">
      <w:r>
        <w:t>□ No</w:t>
      </w:r>
    </w:p>
    <w:p w14:paraId="2DCD7F72" w14:textId="77777777" w:rsidR="00C652C7" w:rsidRDefault="00000000">
      <w:proofErr w:type="spellStart"/>
      <w:r>
        <w:t>Entidad</w:t>
      </w:r>
      <w:proofErr w:type="spellEnd"/>
      <w:r>
        <w:t>: _____________________</w:t>
      </w:r>
      <w:proofErr w:type="gramStart"/>
      <w:r>
        <w:t xml:space="preserve">_  </w:t>
      </w:r>
      <w:proofErr w:type="spellStart"/>
      <w:r>
        <w:t>Importe</w:t>
      </w:r>
      <w:proofErr w:type="spellEnd"/>
      <w:proofErr w:type="gramEnd"/>
      <w:r>
        <w:t>: __________ €</w:t>
      </w:r>
    </w:p>
    <w:p w14:paraId="7C3B2905" w14:textId="77777777" w:rsidR="00F468B2" w:rsidRDefault="00000000">
      <w:r>
        <w:t>Estado:</w:t>
      </w:r>
    </w:p>
    <w:p w14:paraId="0F1D7F80" w14:textId="63562E4D" w:rsidR="00F83884" w:rsidRDefault="00000000">
      <w:r>
        <w:t xml:space="preserve"> □ Concedida </w:t>
      </w:r>
    </w:p>
    <w:p w14:paraId="18EA678B" w14:textId="77777777" w:rsidR="00F83884" w:rsidRDefault="00000000">
      <w:r>
        <w:t xml:space="preserve">□ </w:t>
      </w:r>
      <w:proofErr w:type="spellStart"/>
      <w:r>
        <w:t>Pendiente</w:t>
      </w:r>
      <w:proofErr w:type="spellEnd"/>
      <w:r>
        <w:t xml:space="preserve"> </w:t>
      </w:r>
    </w:p>
    <w:p w14:paraId="3F9F0DE8" w14:textId="79B1111C" w:rsidR="00C652C7" w:rsidRDefault="00000000">
      <w:r>
        <w:t xml:space="preserve">□ </w:t>
      </w:r>
      <w:proofErr w:type="spellStart"/>
      <w:r>
        <w:t>Denegada</w:t>
      </w:r>
      <w:proofErr w:type="spellEnd"/>
    </w:p>
    <w:p w14:paraId="53E560C9" w14:textId="77777777" w:rsidR="00C652C7" w:rsidRDefault="00000000">
      <w:pPr>
        <w:pStyle w:val="Ttulo2"/>
      </w:pPr>
      <w:r>
        <w:t>7. MÉRITOS</w:t>
      </w:r>
    </w:p>
    <w:p w14:paraId="21BEE141" w14:textId="77777777" w:rsidR="00C652C7" w:rsidRDefault="00000000">
      <w:proofErr w:type="spellStart"/>
      <w:r>
        <w:t>Idiomas</w:t>
      </w:r>
      <w:proofErr w:type="spellEnd"/>
      <w:r>
        <w:t>: _________________________________________________</w:t>
      </w:r>
    </w:p>
    <w:p w14:paraId="32D4331C" w14:textId="77777777" w:rsidR="00C652C7" w:rsidRDefault="00000000">
      <w:proofErr w:type="spellStart"/>
      <w:r>
        <w:t>Cursos</w:t>
      </w:r>
      <w:proofErr w:type="spellEnd"/>
      <w:r>
        <w:t>: _________________________________________________</w:t>
      </w:r>
    </w:p>
    <w:p w14:paraId="11B9915E" w14:textId="77777777" w:rsidR="00C652C7" w:rsidRDefault="00000000">
      <w:proofErr w:type="spellStart"/>
      <w:r>
        <w:t>Experiencia</w:t>
      </w:r>
      <w:proofErr w:type="spellEnd"/>
      <w:r>
        <w:t>: _____________________________________________</w:t>
      </w:r>
    </w:p>
    <w:p w14:paraId="170A6E9C" w14:textId="77777777" w:rsidR="00C652C7" w:rsidRDefault="00000000">
      <w:proofErr w:type="spellStart"/>
      <w:r>
        <w:t>Otros</w:t>
      </w:r>
      <w:proofErr w:type="spellEnd"/>
      <w:r>
        <w:t xml:space="preserve"> </w:t>
      </w:r>
      <w:proofErr w:type="spellStart"/>
      <w:r>
        <w:t>méritos</w:t>
      </w:r>
      <w:proofErr w:type="spellEnd"/>
      <w:r>
        <w:t>: ___________________________________________</w:t>
      </w:r>
    </w:p>
    <w:p w14:paraId="064217A3" w14:textId="77777777" w:rsidR="00C652C7" w:rsidRDefault="00000000">
      <w:pPr>
        <w:pStyle w:val="Ttulo2"/>
      </w:pPr>
      <w:r>
        <w:t>8. CARTA DE MOTIVACIÓN</w:t>
      </w:r>
    </w:p>
    <w:p w14:paraId="2C1CEC1D" w14:textId="037A2BFB" w:rsidR="00F83884" w:rsidRDefault="0048793D" w:rsidP="00F83884">
      <w:proofErr w:type="spellStart"/>
      <w:r>
        <w:t>Adjuntar</w:t>
      </w:r>
      <w:proofErr w:type="spellEnd"/>
      <w:r>
        <w:t xml:space="preserve">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aparte</w:t>
      </w:r>
      <w:proofErr w:type="spellEnd"/>
      <w:r>
        <w:t xml:space="preserve">. </w:t>
      </w:r>
      <w:proofErr w:type="spellStart"/>
      <w:r w:rsidR="00F83884">
        <w:t>Dirigida</w:t>
      </w:r>
      <w:proofErr w:type="spellEnd"/>
      <w:r w:rsidR="00F83884">
        <w:t xml:space="preserve"> al Patronato de la Fundación,</w:t>
      </w:r>
      <w: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contener</w:t>
      </w:r>
      <w:proofErr w:type="spellEnd"/>
      <w:r>
        <w:t xml:space="preserve"> la </w:t>
      </w:r>
      <w:proofErr w:type="spellStart"/>
      <w:r>
        <w:t>siguiente</w:t>
      </w:r>
      <w:proofErr w:type="spellEnd"/>
      <w:r>
        <w:t xml:space="preserve"> Información:</w:t>
      </w:r>
    </w:p>
    <w:p w14:paraId="776227C5" w14:textId="3D21D024" w:rsidR="0048793D" w:rsidRDefault="0048793D" w:rsidP="00F83884">
      <w:r>
        <w:t xml:space="preserve">- </w:t>
      </w:r>
      <w:proofErr w:type="spellStart"/>
      <w:r>
        <w:t>Identificación</w:t>
      </w:r>
      <w:proofErr w:type="spellEnd"/>
      <w:r>
        <w:t xml:space="preserve"> del </w:t>
      </w:r>
      <w:proofErr w:type="spellStart"/>
      <w:r>
        <w:t>candidato</w:t>
      </w:r>
      <w:proofErr w:type="spellEnd"/>
      <w:r>
        <w:t>.</w:t>
      </w:r>
    </w:p>
    <w:p w14:paraId="4C37DE02" w14:textId="7774F629" w:rsidR="0048793D" w:rsidRDefault="0048793D" w:rsidP="00F83884">
      <w:r>
        <w:t xml:space="preserve">- </w:t>
      </w:r>
      <w:proofErr w:type="spellStart"/>
      <w:r>
        <w:t>Motivación</w:t>
      </w:r>
      <w:proofErr w:type="spellEnd"/>
      <w:r>
        <w:t xml:space="preserve"> de la </w:t>
      </w:r>
      <w:proofErr w:type="spellStart"/>
      <w:r>
        <w:t>solicitud</w:t>
      </w:r>
      <w:proofErr w:type="spellEnd"/>
    </w:p>
    <w:p w14:paraId="77A85FCF" w14:textId="30B451C2" w:rsidR="0048793D" w:rsidRDefault="0048793D" w:rsidP="00F83884">
      <w:r>
        <w:t xml:space="preserve">- </w:t>
      </w:r>
      <w:proofErr w:type="spellStart"/>
      <w:r>
        <w:t>Trayectoria</w:t>
      </w:r>
      <w:proofErr w:type="spellEnd"/>
      <w:r>
        <w:t xml:space="preserve"> </w:t>
      </w:r>
      <w:proofErr w:type="spellStart"/>
      <w:r>
        <w:t>Académica</w:t>
      </w:r>
      <w:proofErr w:type="spellEnd"/>
      <w:r>
        <w:t xml:space="preserve"> y </w:t>
      </w:r>
      <w:proofErr w:type="spellStart"/>
      <w:r>
        <w:t>méritos</w:t>
      </w:r>
      <w:proofErr w:type="spellEnd"/>
      <w:r>
        <w:t xml:space="preserve"> </w:t>
      </w:r>
      <w:proofErr w:type="spellStart"/>
      <w:r>
        <w:t>destacables</w:t>
      </w:r>
      <w:proofErr w:type="spellEnd"/>
      <w:r>
        <w:t>.</w:t>
      </w:r>
    </w:p>
    <w:p w14:paraId="7A8EFA34" w14:textId="279E469B" w:rsidR="0048793D" w:rsidRDefault="0048793D" w:rsidP="00F83884">
      <w:r>
        <w:t xml:space="preserve">- </w:t>
      </w:r>
      <w:proofErr w:type="spellStart"/>
      <w:r>
        <w:t>Objetivos</w:t>
      </w:r>
      <w:proofErr w:type="spellEnd"/>
      <w:r>
        <w:t xml:space="preserve"> </w:t>
      </w:r>
      <w:proofErr w:type="spellStart"/>
      <w:r>
        <w:t>Académicos</w:t>
      </w:r>
      <w:proofErr w:type="spellEnd"/>
      <w:r>
        <w:t xml:space="preserve"> y </w:t>
      </w:r>
      <w:proofErr w:type="spellStart"/>
      <w:r>
        <w:t>profesionales</w:t>
      </w:r>
      <w:proofErr w:type="spellEnd"/>
      <w:r>
        <w:t>.</w:t>
      </w:r>
    </w:p>
    <w:p w14:paraId="7FBCED1F" w14:textId="392B2EDF" w:rsidR="0048793D" w:rsidRPr="00F83884" w:rsidRDefault="0048793D" w:rsidP="00F83884">
      <w:r>
        <w:t xml:space="preserve">- </w:t>
      </w:r>
      <w:proofErr w:type="spellStart"/>
      <w:r>
        <w:t>Opcional</w:t>
      </w:r>
      <w:proofErr w:type="spellEnd"/>
      <w:r>
        <w:t xml:space="preserve">, </w:t>
      </w:r>
      <w:proofErr w:type="spellStart"/>
      <w:r>
        <w:t>circuntancias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, </w:t>
      </w:r>
      <w:proofErr w:type="spellStart"/>
      <w:r>
        <w:t>aportación</w:t>
      </w:r>
      <w:proofErr w:type="spellEnd"/>
      <w:r>
        <w:t xml:space="preserve"> personal a la Sociedad,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aspecto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se </w:t>
      </w:r>
      <w:proofErr w:type="spellStart"/>
      <w:r>
        <w:t>considere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>.</w:t>
      </w:r>
    </w:p>
    <w:p w14:paraId="1BAE4D59" w14:textId="77777777" w:rsidR="00C652C7" w:rsidRDefault="00000000">
      <w:pPr>
        <w:pStyle w:val="Ttulo2"/>
      </w:pPr>
      <w:r>
        <w:lastRenderedPageBreak/>
        <w:t>9. DOCUMENTACIÓN APORTADA</w:t>
      </w:r>
    </w:p>
    <w:p w14:paraId="08DA01C3" w14:textId="77777777" w:rsidR="00C652C7" w:rsidRDefault="00000000">
      <w:r>
        <w:t>□ DNI/NIE</w:t>
      </w:r>
    </w:p>
    <w:p w14:paraId="39F3AB58" w14:textId="0F059DBC" w:rsidR="00B9558A" w:rsidRDefault="00B9558A">
      <w:r>
        <w:t xml:space="preserve">□ </w:t>
      </w:r>
      <w:r>
        <w:t>Libro de familia</w:t>
      </w:r>
    </w:p>
    <w:p w14:paraId="2E8252AF" w14:textId="77777777" w:rsidR="00C652C7" w:rsidRDefault="00000000">
      <w:r>
        <w:t xml:space="preserve">□ </w:t>
      </w:r>
      <w:proofErr w:type="spellStart"/>
      <w:r>
        <w:t>Certificado</w:t>
      </w:r>
      <w:proofErr w:type="spellEnd"/>
      <w:r>
        <w:t xml:space="preserve"> </w:t>
      </w:r>
      <w:proofErr w:type="spellStart"/>
      <w:r>
        <w:t>académico</w:t>
      </w:r>
      <w:proofErr w:type="spellEnd"/>
    </w:p>
    <w:p w14:paraId="58AAC9EE" w14:textId="77777777" w:rsidR="00C652C7" w:rsidRDefault="00000000">
      <w:r>
        <w:t xml:space="preserve">□ </w:t>
      </w:r>
      <w:proofErr w:type="spellStart"/>
      <w:r>
        <w:t>Matrícula</w:t>
      </w:r>
      <w:proofErr w:type="spellEnd"/>
      <w:r>
        <w:t xml:space="preserve"> o </w:t>
      </w:r>
      <w:proofErr w:type="spellStart"/>
      <w:r>
        <w:t>preinscripción</w:t>
      </w:r>
      <w:proofErr w:type="spellEnd"/>
    </w:p>
    <w:p w14:paraId="2B119ECE" w14:textId="77777777" w:rsidR="00C652C7" w:rsidRDefault="00000000">
      <w:r>
        <w:t xml:space="preserve">□ </w:t>
      </w:r>
      <w:proofErr w:type="spellStart"/>
      <w:r>
        <w:t>Currículum</w:t>
      </w:r>
      <w:proofErr w:type="spellEnd"/>
      <w:r>
        <w:t xml:space="preserve"> Vitae</w:t>
      </w:r>
    </w:p>
    <w:p w14:paraId="5E061B87" w14:textId="77777777" w:rsidR="00C652C7" w:rsidRDefault="00000000">
      <w:r>
        <w:t xml:space="preserve">□ Carta de </w:t>
      </w:r>
      <w:proofErr w:type="spellStart"/>
      <w:r>
        <w:t>motivación</w:t>
      </w:r>
      <w:proofErr w:type="spellEnd"/>
    </w:p>
    <w:p w14:paraId="2B5AE9F4" w14:textId="77777777" w:rsidR="00C652C7" w:rsidRDefault="00000000">
      <w:r>
        <w:t xml:space="preserve">□ </w:t>
      </w:r>
      <w:proofErr w:type="spellStart"/>
      <w:r>
        <w:t>Documentación</w:t>
      </w:r>
      <w:proofErr w:type="spellEnd"/>
      <w:r>
        <w:t xml:space="preserve"> </w:t>
      </w:r>
      <w:proofErr w:type="spellStart"/>
      <w:r>
        <w:t>económica</w:t>
      </w:r>
      <w:proofErr w:type="spellEnd"/>
    </w:p>
    <w:p w14:paraId="5B4D348B" w14:textId="20247E52" w:rsidR="004E401E" w:rsidRDefault="004E401E">
      <w:r>
        <w:tab/>
        <w:t xml:space="preserve">- </w:t>
      </w:r>
      <w:proofErr w:type="spellStart"/>
      <w:r>
        <w:t>Declaración</w:t>
      </w:r>
      <w:proofErr w:type="spellEnd"/>
      <w:r>
        <w:t xml:space="preserve"> IRPF </w:t>
      </w:r>
      <w:proofErr w:type="spellStart"/>
      <w:r>
        <w:t>último</w:t>
      </w:r>
      <w:proofErr w:type="spellEnd"/>
      <w:r>
        <w:t xml:space="preserve"> </w:t>
      </w:r>
      <w:proofErr w:type="spellStart"/>
      <w:r>
        <w:t>ejercicio</w:t>
      </w:r>
      <w:proofErr w:type="spellEnd"/>
      <w:r>
        <w:t xml:space="preserve"> fiscal.</w:t>
      </w:r>
    </w:p>
    <w:p w14:paraId="59CDFC4C" w14:textId="77777777" w:rsidR="00C652C7" w:rsidRDefault="00000000">
      <w:r>
        <w:t xml:space="preserve">□ </w:t>
      </w:r>
      <w:proofErr w:type="spellStart"/>
      <w:r>
        <w:t>Otra</w:t>
      </w:r>
      <w:proofErr w:type="spellEnd"/>
      <w:r>
        <w:t>: _______________________________________</w:t>
      </w:r>
    </w:p>
    <w:p w14:paraId="6DD210A7" w14:textId="3CBC0C30" w:rsidR="00C652C7" w:rsidRDefault="00000000">
      <w:pPr>
        <w:pStyle w:val="Ttulo2"/>
      </w:pPr>
      <w:r>
        <w:t>1</w:t>
      </w:r>
      <w:r w:rsidR="00D72AE8">
        <w:t>0</w:t>
      </w:r>
      <w:r>
        <w:t>. DECLARACIÓN RESPONSABLE</w:t>
      </w:r>
    </w:p>
    <w:p w14:paraId="2ED5B5D4" w14:textId="77777777" w:rsidR="00C652C7" w:rsidRDefault="00000000">
      <w:r>
        <w:t xml:space="preserve">□ Declaro </w:t>
      </w:r>
      <w:proofErr w:type="spellStart"/>
      <w:r>
        <w:t>que</w:t>
      </w:r>
      <w:proofErr w:type="spellEnd"/>
      <w:r>
        <w:t xml:space="preserve"> los </w:t>
      </w:r>
      <w:proofErr w:type="spellStart"/>
      <w:r>
        <w:t>datos</w:t>
      </w:r>
      <w:proofErr w:type="spellEnd"/>
      <w:r>
        <w:t xml:space="preserve"> son </w:t>
      </w:r>
      <w:proofErr w:type="spellStart"/>
      <w:r>
        <w:t>veraces</w:t>
      </w:r>
      <w:proofErr w:type="spellEnd"/>
      <w:r>
        <w:t>.</w:t>
      </w:r>
    </w:p>
    <w:p w14:paraId="57AD53DD" w14:textId="77777777" w:rsidR="00C652C7" w:rsidRDefault="00000000">
      <w:r>
        <w:t xml:space="preserve">□ </w:t>
      </w:r>
      <w:proofErr w:type="spellStart"/>
      <w:r>
        <w:t>Cumplo</w:t>
      </w:r>
      <w:proofErr w:type="spellEnd"/>
      <w:r>
        <w:t xml:space="preserve"> los </w:t>
      </w:r>
      <w:proofErr w:type="spellStart"/>
      <w:r>
        <w:t>requisitos</w:t>
      </w:r>
      <w:proofErr w:type="spellEnd"/>
      <w:r>
        <w:t xml:space="preserve"> de la </w:t>
      </w:r>
      <w:proofErr w:type="spellStart"/>
      <w:r>
        <w:t>convocatoria</w:t>
      </w:r>
      <w:proofErr w:type="spellEnd"/>
      <w:r>
        <w:t>.</w:t>
      </w:r>
    </w:p>
    <w:p w14:paraId="2F773AED" w14:textId="77777777" w:rsidR="00C652C7" w:rsidRDefault="00000000">
      <w:r>
        <w:t xml:space="preserve">□ </w:t>
      </w:r>
      <w:proofErr w:type="spellStart"/>
      <w:r>
        <w:t>Acepto</w:t>
      </w:r>
      <w:proofErr w:type="spellEnd"/>
      <w:r>
        <w:t xml:space="preserve"> las bases </w:t>
      </w:r>
      <w:proofErr w:type="spellStart"/>
      <w:r>
        <w:t>reguladoras</w:t>
      </w:r>
      <w:proofErr w:type="spellEnd"/>
      <w:r>
        <w:t>.</w:t>
      </w:r>
    </w:p>
    <w:p w14:paraId="0C1C5052" w14:textId="77777777" w:rsidR="00C652C7" w:rsidRDefault="00000000">
      <w:r>
        <w:t xml:space="preserve">□ </w:t>
      </w:r>
      <w:proofErr w:type="spellStart"/>
      <w:r>
        <w:t>Autorizo</w:t>
      </w:r>
      <w:proofErr w:type="spellEnd"/>
      <w:r>
        <w:t xml:space="preserve"> las </w:t>
      </w:r>
      <w:proofErr w:type="spellStart"/>
      <w:r>
        <w:t>comprobaciones</w:t>
      </w:r>
      <w:proofErr w:type="spellEnd"/>
      <w:r>
        <w:t xml:space="preserve"> </w:t>
      </w:r>
      <w:proofErr w:type="spellStart"/>
      <w:r>
        <w:t>necesarias</w:t>
      </w:r>
      <w:proofErr w:type="spellEnd"/>
      <w:r>
        <w:t>.</w:t>
      </w:r>
    </w:p>
    <w:p w14:paraId="35421270" w14:textId="61C55482" w:rsidR="00C652C7" w:rsidRDefault="00000000">
      <w:pPr>
        <w:pStyle w:val="Ttulo2"/>
      </w:pPr>
      <w:r>
        <w:t>1</w:t>
      </w:r>
      <w:r w:rsidR="00D72AE8">
        <w:t>1</w:t>
      </w:r>
      <w:r>
        <w:t>. PROTECCIÓN DE DATOS</w:t>
      </w:r>
    </w:p>
    <w:p w14:paraId="6ADE6554" w14:textId="4F781668" w:rsidR="00F83884" w:rsidRPr="00F83884" w:rsidRDefault="00F83884" w:rsidP="00F83884">
      <w:r w:rsidRPr="00F83884">
        <w:t xml:space="preserve">Los </w:t>
      </w:r>
      <w:proofErr w:type="spellStart"/>
      <w:r w:rsidRPr="00F83884">
        <w:t>datos</w:t>
      </w:r>
      <w:proofErr w:type="spellEnd"/>
      <w:r w:rsidRPr="00F83884">
        <w:t xml:space="preserve"> </w:t>
      </w:r>
      <w:proofErr w:type="spellStart"/>
      <w:r w:rsidRPr="00F83884">
        <w:t>personales</w:t>
      </w:r>
      <w:proofErr w:type="spellEnd"/>
      <w:r w:rsidRPr="00F83884">
        <w:t xml:space="preserve"> </w:t>
      </w:r>
      <w:proofErr w:type="spellStart"/>
      <w:r w:rsidRPr="00F83884">
        <w:t>serán</w:t>
      </w:r>
      <w:proofErr w:type="spellEnd"/>
      <w:r w:rsidRPr="00F83884">
        <w:t xml:space="preserve"> </w:t>
      </w:r>
      <w:proofErr w:type="spellStart"/>
      <w:r w:rsidRPr="00F83884">
        <w:t>tratados</w:t>
      </w:r>
      <w:proofErr w:type="spellEnd"/>
      <w:r w:rsidRPr="00F83884">
        <w:t xml:space="preserve"> </w:t>
      </w:r>
      <w:proofErr w:type="spellStart"/>
      <w:r w:rsidRPr="00F83884">
        <w:t>por</w:t>
      </w:r>
      <w:proofErr w:type="spellEnd"/>
      <w:r w:rsidRPr="00F83884">
        <w:t xml:space="preserve"> la </w:t>
      </w:r>
      <w:proofErr w:type="spellStart"/>
      <w:r w:rsidRPr="00F83884">
        <w:t>entidad</w:t>
      </w:r>
      <w:proofErr w:type="spellEnd"/>
      <w:r w:rsidRPr="00F83884">
        <w:t xml:space="preserve"> </w:t>
      </w:r>
      <w:proofErr w:type="spellStart"/>
      <w:r w:rsidRPr="00F83884">
        <w:t>convocante</w:t>
      </w:r>
      <w:proofErr w:type="spellEnd"/>
      <w:r w:rsidRPr="00F83884">
        <w:t xml:space="preserve"> para la </w:t>
      </w:r>
      <w:proofErr w:type="spellStart"/>
      <w:r w:rsidRPr="00F83884">
        <w:t>gestión</w:t>
      </w:r>
      <w:proofErr w:type="spellEnd"/>
      <w:r w:rsidRPr="00F83884">
        <w:t xml:space="preserve"> de la </w:t>
      </w:r>
      <w:proofErr w:type="spellStart"/>
      <w:r w:rsidRPr="00F83884">
        <w:t>presente</w:t>
      </w:r>
      <w:proofErr w:type="spellEnd"/>
      <w:r w:rsidRPr="00F83884">
        <w:t xml:space="preserve"> </w:t>
      </w:r>
      <w:proofErr w:type="spellStart"/>
      <w:r w:rsidRPr="00F83884">
        <w:t>convocatoria</w:t>
      </w:r>
      <w:proofErr w:type="spellEnd"/>
      <w:r w:rsidRPr="00F83884">
        <w:t xml:space="preserve"> de </w:t>
      </w:r>
      <w:proofErr w:type="spellStart"/>
      <w:r w:rsidRPr="00F83884">
        <w:t>becas</w:t>
      </w:r>
      <w:proofErr w:type="spellEnd"/>
      <w:r w:rsidRPr="00F83884">
        <w:t xml:space="preserve">, de </w:t>
      </w:r>
      <w:proofErr w:type="spellStart"/>
      <w:r w:rsidRPr="00F83884">
        <w:t>conformidad</w:t>
      </w:r>
      <w:proofErr w:type="spellEnd"/>
      <w:r w:rsidRPr="00F83884">
        <w:t xml:space="preserve"> con el </w:t>
      </w:r>
      <w:proofErr w:type="spellStart"/>
      <w:r w:rsidRPr="00F83884">
        <w:t>Reglamento</w:t>
      </w:r>
      <w:proofErr w:type="spellEnd"/>
      <w:r w:rsidRPr="00F83884">
        <w:t xml:space="preserve"> (UE) 2016/679 (RGPD) y la Ley </w:t>
      </w:r>
      <w:proofErr w:type="spellStart"/>
      <w:r w:rsidRPr="00F83884">
        <w:t>Orgánica</w:t>
      </w:r>
      <w:proofErr w:type="spellEnd"/>
      <w:r w:rsidRPr="00F83884">
        <w:t xml:space="preserve"> 3/2018, </w:t>
      </w:r>
      <w:proofErr w:type="spellStart"/>
      <w:r w:rsidRPr="00F83884">
        <w:t>pudiendo</w:t>
      </w:r>
      <w:proofErr w:type="spellEnd"/>
      <w:r w:rsidRPr="00F83884">
        <w:t xml:space="preserve"> </w:t>
      </w:r>
      <w:proofErr w:type="spellStart"/>
      <w:r w:rsidRPr="00F83884">
        <w:t>ejercerse</w:t>
      </w:r>
      <w:proofErr w:type="spellEnd"/>
      <w:r w:rsidRPr="00F83884">
        <w:t xml:space="preserve"> los derechos de </w:t>
      </w:r>
      <w:proofErr w:type="spellStart"/>
      <w:r w:rsidRPr="00F83884">
        <w:t>acceso</w:t>
      </w:r>
      <w:proofErr w:type="spellEnd"/>
      <w:r w:rsidRPr="00F83884">
        <w:t xml:space="preserve">, </w:t>
      </w:r>
      <w:proofErr w:type="spellStart"/>
      <w:r w:rsidRPr="00F83884">
        <w:t>rectificación</w:t>
      </w:r>
      <w:proofErr w:type="spellEnd"/>
      <w:r w:rsidRPr="00F83884">
        <w:t xml:space="preserve">, </w:t>
      </w:r>
      <w:proofErr w:type="spellStart"/>
      <w:r w:rsidRPr="00F83884">
        <w:t>supresión</w:t>
      </w:r>
      <w:proofErr w:type="spellEnd"/>
      <w:r w:rsidRPr="00F83884">
        <w:t xml:space="preserve">, </w:t>
      </w:r>
      <w:proofErr w:type="spellStart"/>
      <w:r w:rsidRPr="00F83884">
        <w:t>oposición</w:t>
      </w:r>
      <w:proofErr w:type="spellEnd"/>
      <w:r w:rsidRPr="00F83884">
        <w:t xml:space="preserve">, </w:t>
      </w:r>
      <w:proofErr w:type="spellStart"/>
      <w:r w:rsidRPr="00F83884">
        <w:t>limitación</w:t>
      </w:r>
      <w:proofErr w:type="spellEnd"/>
      <w:r w:rsidRPr="00F83884">
        <w:t xml:space="preserve"> y </w:t>
      </w:r>
      <w:proofErr w:type="spellStart"/>
      <w:r w:rsidRPr="00F83884">
        <w:t>portabilidad</w:t>
      </w:r>
      <w:proofErr w:type="spellEnd"/>
      <w:r w:rsidRPr="00F83884">
        <w:t xml:space="preserve"> </w:t>
      </w:r>
      <w:proofErr w:type="spellStart"/>
      <w:r w:rsidRPr="00F83884">
        <w:t>en</w:t>
      </w:r>
      <w:proofErr w:type="spellEnd"/>
      <w:r w:rsidRPr="00F83884">
        <w:t xml:space="preserve"> la </w:t>
      </w:r>
      <w:proofErr w:type="spellStart"/>
      <w:r w:rsidRPr="00F83884">
        <w:t>dirección</w:t>
      </w:r>
      <w:proofErr w:type="spellEnd"/>
      <w:r w:rsidRPr="00F83884">
        <w:t xml:space="preserve"> </w:t>
      </w:r>
      <w:proofErr w:type="spellStart"/>
      <w:r w:rsidRPr="00F83884">
        <w:t>indicada</w:t>
      </w:r>
      <w:proofErr w:type="spellEnd"/>
      <w:r w:rsidRPr="00F83884">
        <w:t xml:space="preserve"> </w:t>
      </w:r>
      <w:proofErr w:type="spellStart"/>
      <w:r w:rsidRPr="00F83884">
        <w:t>en</w:t>
      </w:r>
      <w:proofErr w:type="spellEnd"/>
      <w:r w:rsidRPr="00F83884">
        <w:t xml:space="preserve"> las bases de la </w:t>
      </w:r>
      <w:proofErr w:type="spellStart"/>
      <w:r w:rsidRPr="00F83884">
        <w:t>convocatoria</w:t>
      </w:r>
      <w:proofErr w:type="spellEnd"/>
      <w:r w:rsidRPr="00F83884">
        <w:t>.</w:t>
      </w:r>
    </w:p>
    <w:p w14:paraId="42CA1274" w14:textId="77777777" w:rsidR="00C652C7" w:rsidRDefault="00000000">
      <w:r>
        <w:t xml:space="preserve">□ He </w:t>
      </w:r>
      <w:proofErr w:type="spellStart"/>
      <w:r>
        <w:t>leído</w:t>
      </w:r>
      <w:proofErr w:type="spellEnd"/>
      <w:r>
        <w:t xml:space="preserve"> y </w:t>
      </w:r>
      <w:proofErr w:type="spellStart"/>
      <w:r>
        <w:t>acepto</w:t>
      </w:r>
      <w:proofErr w:type="spellEnd"/>
      <w:r>
        <w:t xml:space="preserve"> la </w:t>
      </w:r>
      <w:proofErr w:type="spellStart"/>
      <w:r>
        <w:t>política</w:t>
      </w:r>
      <w:proofErr w:type="spellEnd"/>
      <w:r>
        <w:t xml:space="preserve"> de </w:t>
      </w:r>
      <w:proofErr w:type="spellStart"/>
      <w:r>
        <w:t>protección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>.</w:t>
      </w:r>
    </w:p>
    <w:p w14:paraId="5D32B5B8" w14:textId="650B288E" w:rsidR="00C652C7" w:rsidRDefault="00000000">
      <w:pPr>
        <w:pStyle w:val="Ttulo2"/>
      </w:pPr>
      <w:r>
        <w:t>1</w:t>
      </w:r>
      <w:r w:rsidR="00D72AE8">
        <w:t>2</w:t>
      </w:r>
      <w:r>
        <w:t>. FIRMA</w:t>
      </w:r>
    </w:p>
    <w:p w14:paraId="7D723BEA" w14:textId="77777777" w:rsidR="00C652C7" w:rsidRDefault="00000000">
      <w:r>
        <w:t>Lugar: ______________________</w:t>
      </w:r>
    </w:p>
    <w:p w14:paraId="22718BAD" w14:textId="77777777" w:rsidR="00C652C7" w:rsidRDefault="00000000">
      <w:proofErr w:type="spellStart"/>
      <w:r>
        <w:t>Fecha</w:t>
      </w:r>
      <w:proofErr w:type="spellEnd"/>
      <w:r>
        <w:t>: __</w:t>
      </w:r>
      <w:proofErr w:type="gramStart"/>
      <w:r>
        <w:t>__/</w:t>
      </w:r>
      <w:proofErr w:type="gramEnd"/>
      <w:r>
        <w:t>____/________</w:t>
      </w:r>
    </w:p>
    <w:p w14:paraId="79083580" w14:textId="77777777" w:rsidR="00C652C7" w:rsidRDefault="00000000">
      <w:proofErr w:type="spellStart"/>
      <w:r>
        <w:t>Firma</w:t>
      </w:r>
      <w:proofErr w:type="spellEnd"/>
      <w:r>
        <w:t>: __________________________________________</w:t>
      </w:r>
    </w:p>
    <w:sectPr w:rsidR="00C652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8172882">
    <w:abstractNumId w:val="8"/>
  </w:num>
  <w:num w:numId="2" w16cid:durableId="201133337">
    <w:abstractNumId w:val="6"/>
  </w:num>
  <w:num w:numId="3" w16cid:durableId="1736007867">
    <w:abstractNumId w:val="5"/>
  </w:num>
  <w:num w:numId="4" w16cid:durableId="334184399">
    <w:abstractNumId w:val="4"/>
  </w:num>
  <w:num w:numId="5" w16cid:durableId="391780717">
    <w:abstractNumId w:val="7"/>
  </w:num>
  <w:num w:numId="6" w16cid:durableId="1189759557">
    <w:abstractNumId w:val="3"/>
  </w:num>
  <w:num w:numId="7" w16cid:durableId="675498544">
    <w:abstractNumId w:val="2"/>
  </w:num>
  <w:num w:numId="8" w16cid:durableId="410857194">
    <w:abstractNumId w:val="1"/>
  </w:num>
  <w:num w:numId="9" w16cid:durableId="148985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1F8"/>
    <w:rsid w:val="0015074B"/>
    <w:rsid w:val="0029639D"/>
    <w:rsid w:val="002C2AD3"/>
    <w:rsid w:val="00326F90"/>
    <w:rsid w:val="0048793D"/>
    <w:rsid w:val="004E401E"/>
    <w:rsid w:val="00A40A77"/>
    <w:rsid w:val="00AA1D8D"/>
    <w:rsid w:val="00B47730"/>
    <w:rsid w:val="00B9558A"/>
    <w:rsid w:val="00C652C7"/>
    <w:rsid w:val="00CB0664"/>
    <w:rsid w:val="00D66ED5"/>
    <w:rsid w:val="00D72AE8"/>
    <w:rsid w:val="00EB672C"/>
    <w:rsid w:val="00F468B2"/>
    <w:rsid w:val="00F838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F61F77"/>
  <w14:defaultImageDpi w14:val="300"/>
  <w15:docId w15:val="{557EB2F0-5EAC-44FA-A753-5C791560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494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Agustin Iniesta</cp:lastModifiedBy>
  <cp:revision>6</cp:revision>
  <cp:lastPrinted>2026-07-14T10:22:00Z</cp:lastPrinted>
  <dcterms:created xsi:type="dcterms:W3CDTF">2013-12-23T23:15:00Z</dcterms:created>
  <dcterms:modified xsi:type="dcterms:W3CDTF">2026-07-14T10:57:00Z</dcterms:modified>
  <cp:category/>
</cp:coreProperties>
</file>